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云分发国内推流地址获取路径</w:t>
      </w:r>
    </w:p>
    <w:p>
      <w:pPr>
        <w:pStyle w:val="Heading3"/>
      </w:pPr>
      <w:r>
        <w:t>目录：视频号，天猫直播，斗鱼，虎牙，B站，微博/一直播，快手（如需其他平台推流，也可联系客服，帮你查看转推方式及要求）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1.注册视频号，并开通直播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2.下载视频号助手电脑端并认证视频号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3.创建直播后，我们就能看到推流信息，主要是推流地址和推流秘钥这两个。此时，开始直播还是灰色按钮，无法点击，等设置完OBS，在OBS中点击开始推流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后，才可正式开播。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46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bdabb6685400a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46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732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a1d19f07970673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732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天猫直播：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需要开通成为天猫卖家身份，然后进入天猫账户后台，点击开启直播，在直播的界面上有推流方式这个选项，点击选择其中一个推流方式即可获取对应的推流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址，具体方式如下：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72081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b73a4fa4336e2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7208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226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7521f990876c5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22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斗鱼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1，打开 斗鱼并登录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2.点击头像进入“个人中心”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3.进入“个人中心”后点击“主播中心”，点击打开“直播相关”折叠面板，然后点击“直播设置”，接着打开直播开关，开启直播，（注意：此时页面会跳转直播间页面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直播间页面也能获取到推流地址），既可以看到“推流地址”复制即可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9076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9974ea394cc56e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907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6274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b27eab7dd8b4bb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627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3310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e969c791162e3c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33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841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5ae6ba4e88f80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8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虎牙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1、打开虎牙，并登陆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2、点击用户头像，进入个人中心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第一步：未认证的用户，先进行认证；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第二步：已认证的用户，点击‘主播设置’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第三步：‘主播设置’&gt;普通/VR远程推流，点击“获取推流地址并开播”按钮，即可获取虎牙直播间的推流地址。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4339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19f97bfee7375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433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07439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eb8f81a62c4d12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0743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1、打开哔哩哔哩，并登陆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2、鼠标hover用户头像，进入‘直播中心’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490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772b75495508b0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49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37276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6fea118b1fc96d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372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6383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977f882f757994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6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微博/一直播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1、打开一直播，并登陆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2、鼠标hover用户头像，进入‘个人中心’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第一步：未验证用户，先进行验证；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第二步：已验证用户，点击‘开始直播’的按钮；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27351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30465eb2e161967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273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08484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552b6f0b341660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084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1、打开快手；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2、第一步：未验证用户，先在快手App申请开播并进行验证；第二步：已验证用户；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3、左侧菜单栏选择‘我的直播’&gt;‘创建直播’，填写基础信息，点击‘提交按钮’后，即可查看推流信息。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43318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d915736060db8b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433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028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14c8dea6166625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02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云分发国内推流地址获取路径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